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AEA01" w14:textId="77777777" w:rsidR="008747E2" w:rsidRPr="00412B35" w:rsidRDefault="001E7BB0">
      <w:pPr>
        <w:jc w:val="center"/>
        <w:rPr>
          <w:sz w:val="36"/>
          <w:szCs w:val="36"/>
        </w:rPr>
      </w:pPr>
      <w:r w:rsidRPr="00412B35">
        <w:rPr>
          <w:b/>
          <w:sz w:val="44"/>
          <w:szCs w:val="36"/>
        </w:rPr>
        <w:t>RASPORED ZVONJENJA RETKOVCI</w:t>
      </w:r>
    </w:p>
    <w:p w14:paraId="526FFA2F" w14:textId="77777777" w:rsidR="008747E2" w:rsidRDefault="008747E2"/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832"/>
        <w:gridCol w:w="5798"/>
      </w:tblGrid>
      <w:tr w:rsidR="008747E2" w14:paraId="540C60EB" w14:textId="77777777" w:rsidTr="00412B35">
        <w:trPr>
          <w:trHeight w:hRule="exact" w:val="850"/>
          <w:jc w:val="center"/>
        </w:trPr>
        <w:tc>
          <w:tcPr>
            <w:tcW w:w="2835" w:type="dxa"/>
            <w:shd w:val="clear" w:color="auto" w:fill="8DB3E2" w:themeFill="text2" w:themeFillTint="66"/>
            <w:vAlign w:val="center"/>
          </w:tcPr>
          <w:p w14:paraId="2CDDC467" w14:textId="77777777" w:rsidR="008747E2" w:rsidRPr="00412B35" w:rsidRDefault="001E7BB0">
            <w:pPr>
              <w:jc w:val="center"/>
              <w:rPr>
                <w:sz w:val="36"/>
                <w:szCs w:val="36"/>
              </w:rPr>
            </w:pPr>
            <w:r w:rsidRPr="00412B35">
              <w:rPr>
                <w:b/>
                <w:sz w:val="36"/>
                <w:szCs w:val="36"/>
              </w:rPr>
              <w:t>SAT</w:t>
            </w:r>
          </w:p>
        </w:tc>
        <w:tc>
          <w:tcPr>
            <w:tcW w:w="5805" w:type="dxa"/>
            <w:shd w:val="clear" w:color="auto" w:fill="8DB3E2" w:themeFill="text2" w:themeFillTint="66"/>
            <w:vAlign w:val="center"/>
          </w:tcPr>
          <w:p w14:paraId="52C46966" w14:textId="77777777" w:rsidR="008747E2" w:rsidRPr="00412B35" w:rsidRDefault="001E7BB0">
            <w:pPr>
              <w:jc w:val="center"/>
              <w:rPr>
                <w:sz w:val="36"/>
                <w:szCs w:val="36"/>
              </w:rPr>
            </w:pPr>
            <w:r w:rsidRPr="00412B35">
              <w:rPr>
                <w:b/>
                <w:sz w:val="36"/>
                <w:szCs w:val="36"/>
              </w:rPr>
              <w:t>TRAJANJE</w:t>
            </w:r>
          </w:p>
        </w:tc>
      </w:tr>
      <w:tr w:rsidR="008747E2" w14:paraId="5DE52EDF" w14:textId="77777777" w:rsidTr="00412B35">
        <w:trPr>
          <w:trHeight w:hRule="exact" w:val="850"/>
          <w:jc w:val="center"/>
        </w:trPr>
        <w:tc>
          <w:tcPr>
            <w:tcW w:w="2835" w:type="dxa"/>
            <w:vAlign w:val="center"/>
          </w:tcPr>
          <w:p w14:paraId="79EF02AA" w14:textId="77777777" w:rsidR="008747E2" w:rsidRPr="00412B35" w:rsidRDefault="001E7BB0">
            <w:pPr>
              <w:jc w:val="center"/>
              <w:rPr>
                <w:sz w:val="40"/>
                <w:szCs w:val="40"/>
              </w:rPr>
            </w:pPr>
            <w:r w:rsidRPr="00412B35">
              <w:rPr>
                <w:sz w:val="40"/>
                <w:szCs w:val="40"/>
              </w:rPr>
              <w:t>1.</w:t>
            </w:r>
          </w:p>
        </w:tc>
        <w:tc>
          <w:tcPr>
            <w:tcW w:w="5805" w:type="dxa"/>
            <w:vAlign w:val="center"/>
          </w:tcPr>
          <w:p w14:paraId="61463828" w14:textId="77777777" w:rsidR="008747E2" w:rsidRPr="00412B35" w:rsidRDefault="001E7BB0">
            <w:pPr>
              <w:jc w:val="center"/>
              <w:rPr>
                <w:sz w:val="40"/>
                <w:szCs w:val="40"/>
              </w:rPr>
            </w:pPr>
            <w:r w:rsidRPr="00412B35">
              <w:rPr>
                <w:sz w:val="40"/>
                <w:szCs w:val="40"/>
              </w:rPr>
              <w:t>8:00 – 8:45</w:t>
            </w:r>
          </w:p>
        </w:tc>
      </w:tr>
      <w:tr w:rsidR="008747E2" w14:paraId="49C82166" w14:textId="77777777" w:rsidTr="00412B35">
        <w:trPr>
          <w:trHeight w:hRule="exact" w:val="850"/>
          <w:jc w:val="center"/>
        </w:trPr>
        <w:tc>
          <w:tcPr>
            <w:tcW w:w="2835" w:type="dxa"/>
            <w:vAlign w:val="center"/>
          </w:tcPr>
          <w:p w14:paraId="3C4400C5" w14:textId="77777777" w:rsidR="008747E2" w:rsidRPr="00412B35" w:rsidRDefault="001E7BB0">
            <w:pPr>
              <w:jc w:val="center"/>
              <w:rPr>
                <w:sz w:val="40"/>
                <w:szCs w:val="40"/>
              </w:rPr>
            </w:pPr>
            <w:r w:rsidRPr="00412B35">
              <w:rPr>
                <w:sz w:val="40"/>
                <w:szCs w:val="40"/>
              </w:rPr>
              <w:t>2.</w:t>
            </w:r>
          </w:p>
        </w:tc>
        <w:tc>
          <w:tcPr>
            <w:tcW w:w="5805" w:type="dxa"/>
            <w:vAlign w:val="center"/>
          </w:tcPr>
          <w:p w14:paraId="17DE64A7" w14:textId="77777777" w:rsidR="008747E2" w:rsidRPr="00412B35" w:rsidRDefault="001E7BB0">
            <w:pPr>
              <w:jc w:val="center"/>
              <w:rPr>
                <w:sz w:val="40"/>
                <w:szCs w:val="40"/>
              </w:rPr>
            </w:pPr>
            <w:r w:rsidRPr="00412B35">
              <w:rPr>
                <w:sz w:val="40"/>
                <w:szCs w:val="40"/>
              </w:rPr>
              <w:t>8:50 – 9:35</w:t>
            </w:r>
          </w:p>
        </w:tc>
      </w:tr>
      <w:tr w:rsidR="008747E2" w14:paraId="463DEE6F" w14:textId="77777777" w:rsidTr="00412B35">
        <w:trPr>
          <w:trHeight w:hRule="exact" w:val="850"/>
          <w:jc w:val="center"/>
        </w:trPr>
        <w:tc>
          <w:tcPr>
            <w:tcW w:w="2835" w:type="dxa"/>
            <w:vAlign w:val="center"/>
          </w:tcPr>
          <w:p w14:paraId="1DB631E1" w14:textId="77777777" w:rsidR="008747E2" w:rsidRPr="00412B35" w:rsidRDefault="001E7BB0">
            <w:pPr>
              <w:jc w:val="center"/>
              <w:rPr>
                <w:sz w:val="40"/>
                <w:szCs w:val="40"/>
              </w:rPr>
            </w:pPr>
            <w:r w:rsidRPr="00412B35">
              <w:rPr>
                <w:sz w:val="40"/>
                <w:szCs w:val="40"/>
              </w:rPr>
              <w:t>3.</w:t>
            </w:r>
          </w:p>
        </w:tc>
        <w:tc>
          <w:tcPr>
            <w:tcW w:w="5805" w:type="dxa"/>
            <w:vAlign w:val="center"/>
          </w:tcPr>
          <w:p w14:paraId="71A446D3" w14:textId="7DAD7879" w:rsidR="008747E2" w:rsidRPr="00412B35" w:rsidRDefault="001E7BB0">
            <w:pPr>
              <w:jc w:val="center"/>
              <w:rPr>
                <w:sz w:val="40"/>
                <w:szCs w:val="40"/>
              </w:rPr>
            </w:pPr>
            <w:r w:rsidRPr="00412B35">
              <w:rPr>
                <w:sz w:val="40"/>
                <w:szCs w:val="40"/>
              </w:rPr>
              <w:t>9:</w:t>
            </w:r>
            <w:r w:rsidR="00461B01">
              <w:rPr>
                <w:sz w:val="40"/>
                <w:szCs w:val="40"/>
              </w:rPr>
              <w:t>50</w:t>
            </w:r>
            <w:r w:rsidRPr="00412B35">
              <w:rPr>
                <w:sz w:val="40"/>
                <w:szCs w:val="40"/>
              </w:rPr>
              <w:t xml:space="preserve"> – 10:</w:t>
            </w:r>
            <w:r w:rsidR="00461B01">
              <w:rPr>
                <w:sz w:val="40"/>
                <w:szCs w:val="40"/>
              </w:rPr>
              <w:t>3</w:t>
            </w:r>
            <w:r w:rsidRPr="00412B35">
              <w:rPr>
                <w:sz w:val="40"/>
                <w:szCs w:val="40"/>
              </w:rPr>
              <w:t>5</w:t>
            </w:r>
          </w:p>
        </w:tc>
      </w:tr>
      <w:tr w:rsidR="008747E2" w14:paraId="3F2ECB72" w14:textId="77777777" w:rsidTr="00412B35">
        <w:trPr>
          <w:trHeight w:hRule="exact" w:val="850"/>
          <w:jc w:val="center"/>
        </w:trPr>
        <w:tc>
          <w:tcPr>
            <w:tcW w:w="2835" w:type="dxa"/>
            <w:vAlign w:val="center"/>
          </w:tcPr>
          <w:p w14:paraId="50F0F3D0" w14:textId="77777777" w:rsidR="008747E2" w:rsidRPr="00412B35" w:rsidRDefault="001E7BB0">
            <w:pPr>
              <w:jc w:val="center"/>
              <w:rPr>
                <w:sz w:val="40"/>
                <w:szCs w:val="40"/>
              </w:rPr>
            </w:pPr>
            <w:r w:rsidRPr="00412B35">
              <w:rPr>
                <w:sz w:val="40"/>
                <w:szCs w:val="40"/>
              </w:rPr>
              <w:t>4.</w:t>
            </w:r>
          </w:p>
        </w:tc>
        <w:tc>
          <w:tcPr>
            <w:tcW w:w="5805" w:type="dxa"/>
            <w:vAlign w:val="center"/>
          </w:tcPr>
          <w:p w14:paraId="46C64416" w14:textId="73A276E4" w:rsidR="008747E2" w:rsidRPr="00412B35" w:rsidRDefault="001E7BB0">
            <w:pPr>
              <w:jc w:val="center"/>
              <w:rPr>
                <w:sz w:val="40"/>
                <w:szCs w:val="40"/>
              </w:rPr>
            </w:pPr>
            <w:r w:rsidRPr="00412B35">
              <w:rPr>
                <w:sz w:val="40"/>
                <w:szCs w:val="40"/>
              </w:rPr>
              <w:t>10:</w:t>
            </w:r>
            <w:r w:rsidR="00461B01">
              <w:rPr>
                <w:sz w:val="40"/>
                <w:szCs w:val="40"/>
              </w:rPr>
              <w:t>40</w:t>
            </w:r>
            <w:r w:rsidRPr="00412B35">
              <w:rPr>
                <w:sz w:val="40"/>
                <w:szCs w:val="40"/>
              </w:rPr>
              <w:t xml:space="preserve"> – 11:2</w:t>
            </w:r>
            <w:r w:rsidR="00461B01">
              <w:rPr>
                <w:sz w:val="40"/>
                <w:szCs w:val="40"/>
              </w:rPr>
              <w:t>5</w:t>
            </w:r>
          </w:p>
        </w:tc>
      </w:tr>
      <w:tr w:rsidR="008747E2" w14:paraId="3998BDD5" w14:textId="77777777" w:rsidTr="00412B35">
        <w:trPr>
          <w:trHeight w:hRule="exact" w:val="850"/>
          <w:jc w:val="center"/>
        </w:trPr>
        <w:tc>
          <w:tcPr>
            <w:tcW w:w="2835" w:type="dxa"/>
            <w:vAlign w:val="center"/>
          </w:tcPr>
          <w:p w14:paraId="013FAAE3" w14:textId="77777777" w:rsidR="008747E2" w:rsidRPr="00412B35" w:rsidRDefault="001E7BB0">
            <w:pPr>
              <w:jc w:val="center"/>
              <w:rPr>
                <w:sz w:val="40"/>
                <w:szCs w:val="40"/>
              </w:rPr>
            </w:pPr>
            <w:r w:rsidRPr="00412B35">
              <w:rPr>
                <w:sz w:val="40"/>
                <w:szCs w:val="40"/>
              </w:rPr>
              <w:t>5.</w:t>
            </w:r>
          </w:p>
        </w:tc>
        <w:tc>
          <w:tcPr>
            <w:tcW w:w="5805" w:type="dxa"/>
            <w:vAlign w:val="center"/>
          </w:tcPr>
          <w:p w14:paraId="028B6B1C" w14:textId="70FFB466" w:rsidR="008747E2" w:rsidRPr="00412B35" w:rsidRDefault="001E7BB0">
            <w:pPr>
              <w:jc w:val="center"/>
              <w:rPr>
                <w:sz w:val="40"/>
                <w:szCs w:val="40"/>
              </w:rPr>
            </w:pPr>
            <w:r w:rsidRPr="00412B35">
              <w:rPr>
                <w:sz w:val="40"/>
                <w:szCs w:val="40"/>
              </w:rPr>
              <w:t>11:</w:t>
            </w:r>
            <w:r w:rsidR="00461B01">
              <w:rPr>
                <w:sz w:val="40"/>
                <w:szCs w:val="40"/>
              </w:rPr>
              <w:t>30</w:t>
            </w:r>
            <w:r w:rsidRPr="00412B35">
              <w:rPr>
                <w:sz w:val="40"/>
                <w:szCs w:val="40"/>
              </w:rPr>
              <w:t xml:space="preserve"> – 12:1</w:t>
            </w:r>
            <w:r w:rsidR="00461B01">
              <w:rPr>
                <w:sz w:val="40"/>
                <w:szCs w:val="40"/>
              </w:rPr>
              <w:t>5</w:t>
            </w:r>
          </w:p>
        </w:tc>
      </w:tr>
      <w:tr w:rsidR="008747E2" w14:paraId="1C43B640" w14:textId="77777777" w:rsidTr="00412B35">
        <w:trPr>
          <w:trHeight w:hRule="exact" w:val="850"/>
          <w:jc w:val="center"/>
        </w:trPr>
        <w:tc>
          <w:tcPr>
            <w:tcW w:w="2835" w:type="dxa"/>
            <w:vAlign w:val="center"/>
          </w:tcPr>
          <w:p w14:paraId="33B75D3F" w14:textId="77777777" w:rsidR="008747E2" w:rsidRPr="00412B35" w:rsidRDefault="001E7BB0">
            <w:pPr>
              <w:jc w:val="center"/>
              <w:rPr>
                <w:sz w:val="40"/>
                <w:szCs w:val="40"/>
              </w:rPr>
            </w:pPr>
            <w:r w:rsidRPr="00412B35">
              <w:rPr>
                <w:sz w:val="40"/>
                <w:szCs w:val="40"/>
              </w:rPr>
              <w:t>6./0.</w:t>
            </w:r>
          </w:p>
        </w:tc>
        <w:tc>
          <w:tcPr>
            <w:tcW w:w="5805" w:type="dxa"/>
            <w:vAlign w:val="center"/>
          </w:tcPr>
          <w:p w14:paraId="1C810258" w14:textId="036B587A" w:rsidR="008747E2" w:rsidRPr="00412B35" w:rsidRDefault="001E7BB0">
            <w:pPr>
              <w:jc w:val="center"/>
              <w:rPr>
                <w:sz w:val="40"/>
                <w:szCs w:val="40"/>
              </w:rPr>
            </w:pPr>
            <w:r w:rsidRPr="00412B35">
              <w:rPr>
                <w:sz w:val="40"/>
                <w:szCs w:val="40"/>
              </w:rPr>
              <w:t>12:</w:t>
            </w:r>
            <w:r w:rsidR="00461B01">
              <w:rPr>
                <w:sz w:val="40"/>
                <w:szCs w:val="40"/>
              </w:rPr>
              <w:t>20</w:t>
            </w:r>
            <w:r w:rsidRPr="00412B35">
              <w:rPr>
                <w:sz w:val="40"/>
                <w:szCs w:val="40"/>
              </w:rPr>
              <w:t xml:space="preserve"> – 13:0</w:t>
            </w:r>
            <w:r w:rsidR="00461B01">
              <w:rPr>
                <w:sz w:val="40"/>
                <w:szCs w:val="40"/>
              </w:rPr>
              <w:t>5</w:t>
            </w:r>
          </w:p>
        </w:tc>
      </w:tr>
      <w:tr w:rsidR="008747E2" w14:paraId="172211F2" w14:textId="77777777" w:rsidTr="00412B35">
        <w:trPr>
          <w:trHeight w:hRule="exact" w:val="850"/>
          <w:jc w:val="center"/>
        </w:trPr>
        <w:tc>
          <w:tcPr>
            <w:tcW w:w="2835" w:type="dxa"/>
            <w:vAlign w:val="center"/>
          </w:tcPr>
          <w:p w14:paraId="6CB36547" w14:textId="77777777" w:rsidR="008747E2" w:rsidRPr="00412B35" w:rsidRDefault="001E7BB0">
            <w:pPr>
              <w:jc w:val="center"/>
              <w:rPr>
                <w:sz w:val="40"/>
                <w:szCs w:val="40"/>
              </w:rPr>
            </w:pPr>
            <w:r w:rsidRPr="00412B35">
              <w:rPr>
                <w:sz w:val="40"/>
                <w:szCs w:val="40"/>
              </w:rPr>
              <w:t>1.</w:t>
            </w:r>
          </w:p>
        </w:tc>
        <w:tc>
          <w:tcPr>
            <w:tcW w:w="5805" w:type="dxa"/>
            <w:vAlign w:val="center"/>
          </w:tcPr>
          <w:p w14:paraId="39413F31" w14:textId="23E6F125" w:rsidR="008747E2" w:rsidRPr="00412B35" w:rsidRDefault="001E7BB0">
            <w:pPr>
              <w:jc w:val="center"/>
              <w:rPr>
                <w:sz w:val="40"/>
                <w:szCs w:val="40"/>
              </w:rPr>
            </w:pPr>
            <w:r w:rsidRPr="00412B35">
              <w:rPr>
                <w:sz w:val="40"/>
                <w:szCs w:val="40"/>
              </w:rPr>
              <w:t>13:1</w:t>
            </w:r>
            <w:r w:rsidR="00461B01">
              <w:rPr>
                <w:sz w:val="40"/>
                <w:szCs w:val="40"/>
              </w:rPr>
              <w:t>5</w:t>
            </w:r>
            <w:r w:rsidRPr="00412B35">
              <w:rPr>
                <w:sz w:val="40"/>
                <w:szCs w:val="40"/>
              </w:rPr>
              <w:t xml:space="preserve"> – 1</w:t>
            </w:r>
            <w:r w:rsidR="00461B01">
              <w:rPr>
                <w:sz w:val="40"/>
                <w:szCs w:val="40"/>
              </w:rPr>
              <w:t>4</w:t>
            </w:r>
            <w:r w:rsidRPr="00412B35">
              <w:rPr>
                <w:sz w:val="40"/>
                <w:szCs w:val="40"/>
              </w:rPr>
              <w:t>:</w:t>
            </w:r>
            <w:r w:rsidR="00461B01">
              <w:rPr>
                <w:sz w:val="40"/>
                <w:szCs w:val="40"/>
              </w:rPr>
              <w:t>00</w:t>
            </w:r>
          </w:p>
        </w:tc>
      </w:tr>
      <w:tr w:rsidR="008747E2" w14:paraId="26687B81" w14:textId="77777777" w:rsidTr="00412B35">
        <w:trPr>
          <w:trHeight w:hRule="exact" w:val="850"/>
          <w:jc w:val="center"/>
        </w:trPr>
        <w:tc>
          <w:tcPr>
            <w:tcW w:w="2835" w:type="dxa"/>
            <w:vAlign w:val="center"/>
          </w:tcPr>
          <w:p w14:paraId="11172DE9" w14:textId="77777777" w:rsidR="008747E2" w:rsidRPr="00412B35" w:rsidRDefault="001E7BB0">
            <w:pPr>
              <w:jc w:val="center"/>
              <w:rPr>
                <w:sz w:val="40"/>
                <w:szCs w:val="40"/>
              </w:rPr>
            </w:pPr>
            <w:r w:rsidRPr="00412B35">
              <w:rPr>
                <w:sz w:val="40"/>
                <w:szCs w:val="40"/>
              </w:rPr>
              <w:t>2.</w:t>
            </w:r>
          </w:p>
        </w:tc>
        <w:tc>
          <w:tcPr>
            <w:tcW w:w="5805" w:type="dxa"/>
            <w:vAlign w:val="center"/>
          </w:tcPr>
          <w:p w14:paraId="4148F193" w14:textId="09EF4AC8" w:rsidR="008747E2" w:rsidRPr="00412B35" w:rsidRDefault="001E7BB0">
            <w:pPr>
              <w:jc w:val="center"/>
              <w:rPr>
                <w:sz w:val="40"/>
                <w:szCs w:val="40"/>
              </w:rPr>
            </w:pPr>
            <w:r w:rsidRPr="00412B35">
              <w:rPr>
                <w:sz w:val="40"/>
                <w:szCs w:val="40"/>
              </w:rPr>
              <w:t>14:0</w:t>
            </w:r>
            <w:r w:rsidR="00461B01">
              <w:rPr>
                <w:sz w:val="40"/>
                <w:szCs w:val="40"/>
              </w:rPr>
              <w:t>5</w:t>
            </w:r>
            <w:r w:rsidRPr="00412B35">
              <w:rPr>
                <w:sz w:val="40"/>
                <w:szCs w:val="40"/>
              </w:rPr>
              <w:t xml:space="preserve"> – 14:</w:t>
            </w:r>
            <w:r w:rsidR="00461B01">
              <w:rPr>
                <w:sz w:val="40"/>
                <w:szCs w:val="40"/>
              </w:rPr>
              <w:t>50</w:t>
            </w:r>
          </w:p>
        </w:tc>
      </w:tr>
      <w:tr w:rsidR="008747E2" w14:paraId="393546B4" w14:textId="77777777" w:rsidTr="00412B35">
        <w:trPr>
          <w:trHeight w:hRule="exact" w:val="850"/>
          <w:jc w:val="center"/>
        </w:trPr>
        <w:tc>
          <w:tcPr>
            <w:tcW w:w="2835" w:type="dxa"/>
            <w:vAlign w:val="center"/>
          </w:tcPr>
          <w:p w14:paraId="1156DB4F" w14:textId="77777777" w:rsidR="008747E2" w:rsidRPr="00412B35" w:rsidRDefault="001E7BB0">
            <w:pPr>
              <w:jc w:val="center"/>
              <w:rPr>
                <w:sz w:val="40"/>
                <w:szCs w:val="40"/>
              </w:rPr>
            </w:pPr>
            <w:r w:rsidRPr="00412B35">
              <w:rPr>
                <w:sz w:val="40"/>
                <w:szCs w:val="40"/>
              </w:rPr>
              <w:t>3.</w:t>
            </w:r>
          </w:p>
        </w:tc>
        <w:tc>
          <w:tcPr>
            <w:tcW w:w="5805" w:type="dxa"/>
            <w:vAlign w:val="center"/>
          </w:tcPr>
          <w:p w14:paraId="4C281833" w14:textId="1D861FF1" w:rsidR="008747E2" w:rsidRPr="00412B35" w:rsidRDefault="001E7BB0">
            <w:pPr>
              <w:jc w:val="center"/>
              <w:rPr>
                <w:sz w:val="40"/>
                <w:szCs w:val="40"/>
              </w:rPr>
            </w:pPr>
            <w:r w:rsidRPr="00412B35">
              <w:rPr>
                <w:sz w:val="40"/>
                <w:szCs w:val="40"/>
              </w:rPr>
              <w:t>1</w:t>
            </w:r>
            <w:r w:rsidR="006E3220">
              <w:rPr>
                <w:sz w:val="40"/>
                <w:szCs w:val="40"/>
              </w:rPr>
              <w:t>5</w:t>
            </w:r>
            <w:r w:rsidRPr="00412B35">
              <w:rPr>
                <w:sz w:val="40"/>
                <w:szCs w:val="40"/>
              </w:rPr>
              <w:t>:</w:t>
            </w:r>
            <w:r w:rsidR="006E3220">
              <w:rPr>
                <w:sz w:val="40"/>
                <w:szCs w:val="40"/>
              </w:rPr>
              <w:t>05</w:t>
            </w:r>
            <w:r w:rsidRPr="00412B35">
              <w:rPr>
                <w:sz w:val="40"/>
                <w:szCs w:val="40"/>
              </w:rPr>
              <w:t xml:space="preserve"> – 15:</w:t>
            </w:r>
            <w:r w:rsidR="006E3220">
              <w:rPr>
                <w:sz w:val="40"/>
                <w:szCs w:val="40"/>
              </w:rPr>
              <w:t>50</w:t>
            </w:r>
          </w:p>
        </w:tc>
      </w:tr>
      <w:tr w:rsidR="008747E2" w14:paraId="0D2707A5" w14:textId="77777777" w:rsidTr="00412B35">
        <w:trPr>
          <w:trHeight w:hRule="exact" w:val="850"/>
          <w:jc w:val="center"/>
        </w:trPr>
        <w:tc>
          <w:tcPr>
            <w:tcW w:w="2835" w:type="dxa"/>
            <w:vAlign w:val="center"/>
          </w:tcPr>
          <w:p w14:paraId="4BE629A0" w14:textId="77777777" w:rsidR="008747E2" w:rsidRPr="00412B35" w:rsidRDefault="001E7BB0">
            <w:pPr>
              <w:jc w:val="center"/>
              <w:rPr>
                <w:sz w:val="40"/>
                <w:szCs w:val="40"/>
              </w:rPr>
            </w:pPr>
            <w:r w:rsidRPr="00412B35">
              <w:rPr>
                <w:sz w:val="40"/>
                <w:szCs w:val="40"/>
              </w:rPr>
              <w:t>4.</w:t>
            </w:r>
          </w:p>
        </w:tc>
        <w:tc>
          <w:tcPr>
            <w:tcW w:w="5805" w:type="dxa"/>
            <w:vAlign w:val="center"/>
          </w:tcPr>
          <w:p w14:paraId="57D7CED8" w14:textId="3EF9BFF8" w:rsidR="008747E2" w:rsidRPr="00412B35" w:rsidRDefault="001E7BB0">
            <w:pPr>
              <w:jc w:val="center"/>
              <w:rPr>
                <w:sz w:val="40"/>
                <w:szCs w:val="40"/>
              </w:rPr>
            </w:pPr>
            <w:r w:rsidRPr="00412B35">
              <w:rPr>
                <w:sz w:val="40"/>
                <w:szCs w:val="40"/>
              </w:rPr>
              <w:t>15:</w:t>
            </w:r>
            <w:r w:rsidR="006E3220">
              <w:rPr>
                <w:sz w:val="40"/>
                <w:szCs w:val="40"/>
              </w:rPr>
              <w:t>5</w:t>
            </w:r>
            <w:r w:rsidRPr="00412B35">
              <w:rPr>
                <w:sz w:val="40"/>
                <w:szCs w:val="40"/>
              </w:rPr>
              <w:t>5 – 16:</w:t>
            </w:r>
            <w:r w:rsidR="006E3220">
              <w:rPr>
                <w:sz w:val="40"/>
                <w:szCs w:val="40"/>
              </w:rPr>
              <w:t>40</w:t>
            </w:r>
          </w:p>
        </w:tc>
      </w:tr>
      <w:tr w:rsidR="008747E2" w14:paraId="74B35918" w14:textId="77777777" w:rsidTr="00412B35">
        <w:trPr>
          <w:trHeight w:hRule="exact" w:val="850"/>
          <w:jc w:val="center"/>
        </w:trPr>
        <w:tc>
          <w:tcPr>
            <w:tcW w:w="2835" w:type="dxa"/>
            <w:vAlign w:val="center"/>
          </w:tcPr>
          <w:p w14:paraId="2D5CE9E2" w14:textId="77777777" w:rsidR="008747E2" w:rsidRPr="00412B35" w:rsidRDefault="001E7BB0">
            <w:pPr>
              <w:jc w:val="center"/>
              <w:rPr>
                <w:sz w:val="40"/>
                <w:szCs w:val="40"/>
              </w:rPr>
            </w:pPr>
            <w:r w:rsidRPr="00412B35">
              <w:rPr>
                <w:sz w:val="40"/>
                <w:szCs w:val="40"/>
              </w:rPr>
              <w:t>5.</w:t>
            </w:r>
          </w:p>
        </w:tc>
        <w:tc>
          <w:tcPr>
            <w:tcW w:w="5805" w:type="dxa"/>
            <w:vAlign w:val="center"/>
          </w:tcPr>
          <w:p w14:paraId="60854BA1" w14:textId="079BBB16" w:rsidR="008747E2" w:rsidRPr="00412B35" w:rsidRDefault="001E7BB0">
            <w:pPr>
              <w:jc w:val="center"/>
              <w:rPr>
                <w:sz w:val="40"/>
                <w:szCs w:val="40"/>
              </w:rPr>
            </w:pPr>
            <w:r w:rsidRPr="00412B35">
              <w:rPr>
                <w:sz w:val="40"/>
                <w:szCs w:val="40"/>
              </w:rPr>
              <w:t>16:</w:t>
            </w:r>
            <w:r w:rsidR="006E3220">
              <w:rPr>
                <w:sz w:val="40"/>
                <w:szCs w:val="40"/>
              </w:rPr>
              <w:t>45</w:t>
            </w:r>
            <w:r w:rsidRPr="00412B35">
              <w:rPr>
                <w:sz w:val="40"/>
                <w:szCs w:val="40"/>
              </w:rPr>
              <w:t xml:space="preserve"> – 17:</w:t>
            </w:r>
            <w:r w:rsidR="006E3220">
              <w:rPr>
                <w:sz w:val="40"/>
                <w:szCs w:val="40"/>
              </w:rPr>
              <w:t>30</w:t>
            </w:r>
          </w:p>
        </w:tc>
      </w:tr>
      <w:tr w:rsidR="008747E2" w14:paraId="491D8FF4" w14:textId="77777777" w:rsidTr="00412B35">
        <w:trPr>
          <w:trHeight w:hRule="exact" w:val="850"/>
          <w:jc w:val="center"/>
        </w:trPr>
        <w:tc>
          <w:tcPr>
            <w:tcW w:w="2835" w:type="dxa"/>
            <w:vAlign w:val="center"/>
          </w:tcPr>
          <w:p w14:paraId="1F6DE65B" w14:textId="77777777" w:rsidR="008747E2" w:rsidRPr="00412B35" w:rsidRDefault="001E7BB0">
            <w:pPr>
              <w:jc w:val="center"/>
              <w:rPr>
                <w:sz w:val="40"/>
                <w:szCs w:val="40"/>
              </w:rPr>
            </w:pPr>
            <w:r w:rsidRPr="00412B35">
              <w:rPr>
                <w:sz w:val="40"/>
                <w:szCs w:val="40"/>
              </w:rPr>
              <w:t>6.</w:t>
            </w:r>
          </w:p>
        </w:tc>
        <w:tc>
          <w:tcPr>
            <w:tcW w:w="5805" w:type="dxa"/>
            <w:vAlign w:val="center"/>
          </w:tcPr>
          <w:p w14:paraId="562AF59E" w14:textId="5B69F574" w:rsidR="008747E2" w:rsidRPr="00412B35" w:rsidRDefault="001E7BB0">
            <w:pPr>
              <w:jc w:val="center"/>
              <w:rPr>
                <w:sz w:val="40"/>
                <w:szCs w:val="40"/>
              </w:rPr>
            </w:pPr>
            <w:r w:rsidRPr="00412B35">
              <w:rPr>
                <w:sz w:val="40"/>
                <w:szCs w:val="40"/>
              </w:rPr>
              <w:t>17:</w:t>
            </w:r>
            <w:r w:rsidR="006E3220">
              <w:rPr>
                <w:sz w:val="40"/>
                <w:szCs w:val="40"/>
              </w:rPr>
              <w:t>3</w:t>
            </w:r>
            <w:r w:rsidRPr="00412B35">
              <w:rPr>
                <w:sz w:val="40"/>
                <w:szCs w:val="40"/>
              </w:rPr>
              <w:t>5 – 18:</w:t>
            </w:r>
            <w:r w:rsidR="006E3220">
              <w:rPr>
                <w:sz w:val="40"/>
                <w:szCs w:val="40"/>
              </w:rPr>
              <w:t>2</w:t>
            </w:r>
            <w:r w:rsidRPr="00412B35">
              <w:rPr>
                <w:sz w:val="40"/>
                <w:szCs w:val="40"/>
              </w:rPr>
              <w:t>0</w:t>
            </w:r>
          </w:p>
        </w:tc>
      </w:tr>
    </w:tbl>
    <w:p w14:paraId="0E287084" w14:textId="77777777" w:rsidR="001E7BB0" w:rsidRDefault="001E7BB0"/>
    <w:sectPr w:rsidR="001E7BB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7BB0"/>
    <w:rsid w:val="0029639D"/>
    <w:rsid w:val="00326F90"/>
    <w:rsid w:val="00412B35"/>
    <w:rsid w:val="00461B01"/>
    <w:rsid w:val="006E3220"/>
    <w:rsid w:val="007A240F"/>
    <w:rsid w:val="008747E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2BD1AD"/>
  <w14:defaultImageDpi w14:val="300"/>
  <w15:docId w15:val="{9B3AE631-4EFC-4147-97FA-EE14F863E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Ivan</cp:lastModifiedBy>
  <cp:revision>2</cp:revision>
  <cp:lastPrinted>2026-02-09T12:20:00Z</cp:lastPrinted>
  <dcterms:created xsi:type="dcterms:W3CDTF">2026-09-07T09:54:00Z</dcterms:created>
  <dcterms:modified xsi:type="dcterms:W3CDTF">2026-09-07T09:54:00Z</dcterms:modified>
  <cp:category/>
</cp:coreProperties>
</file>