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AEA01" w14:textId="7D8684A4" w:rsidR="008747E2" w:rsidRPr="00412B35" w:rsidRDefault="001E7BB0">
      <w:pPr>
        <w:jc w:val="center"/>
        <w:rPr>
          <w:sz w:val="36"/>
          <w:szCs w:val="36"/>
        </w:rPr>
      </w:pPr>
      <w:r w:rsidRPr="00412B35">
        <w:rPr>
          <w:b/>
          <w:sz w:val="44"/>
          <w:szCs w:val="36"/>
        </w:rPr>
        <w:t xml:space="preserve">RASPORED ZVONJENJA </w:t>
      </w:r>
      <w:r w:rsidR="00AE01B9">
        <w:rPr>
          <w:b/>
          <w:sz w:val="44"/>
          <w:szCs w:val="36"/>
        </w:rPr>
        <w:t>PRKOVCI</w:t>
      </w:r>
    </w:p>
    <w:p w14:paraId="526FFA2F" w14:textId="77777777" w:rsidR="008747E2" w:rsidRDefault="008747E2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32"/>
        <w:gridCol w:w="5798"/>
      </w:tblGrid>
      <w:tr w:rsidR="008747E2" w14:paraId="540C60EB" w14:textId="77777777" w:rsidTr="00AE01B9">
        <w:trPr>
          <w:trHeight w:hRule="exact" w:val="850"/>
          <w:jc w:val="center"/>
        </w:trPr>
        <w:tc>
          <w:tcPr>
            <w:tcW w:w="2832" w:type="dxa"/>
            <w:shd w:val="clear" w:color="auto" w:fill="8DB3E2" w:themeFill="text2" w:themeFillTint="66"/>
            <w:vAlign w:val="center"/>
          </w:tcPr>
          <w:p w14:paraId="2CDDC467" w14:textId="77777777" w:rsidR="008747E2" w:rsidRPr="00412B35" w:rsidRDefault="001E7BB0">
            <w:pPr>
              <w:jc w:val="center"/>
              <w:rPr>
                <w:sz w:val="36"/>
                <w:szCs w:val="36"/>
              </w:rPr>
            </w:pPr>
            <w:r w:rsidRPr="00412B35">
              <w:rPr>
                <w:b/>
                <w:sz w:val="36"/>
                <w:szCs w:val="36"/>
              </w:rPr>
              <w:t>SAT</w:t>
            </w:r>
          </w:p>
        </w:tc>
        <w:tc>
          <w:tcPr>
            <w:tcW w:w="5798" w:type="dxa"/>
            <w:shd w:val="clear" w:color="auto" w:fill="8DB3E2" w:themeFill="text2" w:themeFillTint="66"/>
            <w:vAlign w:val="center"/>
          </w:tcPr>
          <w:p w14:paraId="52C46966" w14:textId="77777777" w:rsidR="008747E2" w:rsidRPr="00412B35" w:rsidRDefault="001E7BB0">
            <w:pPr>
              <w:jc w:val="center"/>
              <w:rPr>
                <w:sz w:val="36"/>
                <w:szCs w:val="36"/>
              </w:rPr>
            </w:pPr>
            <w:r w:rsidRPr="00412B35">
              <w:rPr>
                <w:b/>
                <w:sz w:val="36"/>
                <w:szCs w:val="36"/>
              </w:rPr>
              <w:t>TRAJANJE</w:t>
            </w:r>
          </w:p>
        </w:tc>
      </w:tr>
      <w:tr w:rsidR="008747E2" w14:paraId="5DE52EDF" w14:textId="77777777" w:rsidTr="00AE01B9">
        <w:trPr>
          <w:trHeight w:hRule="exact" w:val="850"/>
          <w:jc w:val="center"/>
        </w:trPr>
        <w:tc>
          <w:tcPr>
            <w:tcW w:w="2832" w:type="dxa"/>
            <w:vAlign w:val="center"/>
          </w:tcPr>
          <w:p w14:paraId="79EF02AA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1.</w:t>
            </w:r>
          </w:p>
        </w:tc>
        <w:tc>
          <w:tcPr>
            <w:tcW w:w="5798" w:type="dxa"/>
            <w:vAlign w:val="center"/>
          </w:tcPr>
          <w:p w14:paraId="61463828" w14:textId="34205381" w:rsidR="008747E2" w:rsidRPr="00412B35" w:rsidRDefault="00AE01B9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7:45 – 8:30</w:t>
            </w:r>
          </w:p>
        </w:tc>
      </w:tr>
      <w:tr w:rsidR="008747E2" w14:paraId="49C82166" w14:textId="77777777" w:rsidTr="00AE01B9">
        <w:trPr>
          <w:trHeight w:hRule="exact" w:val="850"/>
          <w:jc w:val="center"/>
        </w:trPr>
        <w:tc>
          <w:tcPr>
            <w:tcW w:w="2832" w:type="dxa"/>
            <w:vAlign w:val="center"/>
          </w:tcPr>
          <w:p w14:paraId="3C4400C5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2.</w:t>
            </w:r>
          </w:p>
        </w:tc>
        <w:tc>
          <w:tcPr>
            <w:tcW w:w="5798" w:type="dxa"/>
            <w:vAlign w:val="center"/>
          </w:tcPr>
          <w:p w14:paraId="17DE64A7" w14:textId="51BF895D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8:</w:t>
            </w:r>
            <w:r w:rsidR="00AE01B9">
              <w:rPr>
                <w:sz w:val="40"/>
                <w:szCs w:val="40"/>
              </w:rPr>
              <w:t>35</w:t>
            </w:r>
            <w:r w:rsidRPr="00412B35">
              <w:rPr>
                <w:sz w:val="40"/>
                <w:szCs w:val="40"/>
              </w:rPr>
              <w:t xml:space="preserve"> – 9:</w:t>
            </w:r>
            <w:r w:rsidR="00AE01B9">
              <w:rPr>
                <w:sz w:val="40"/>
                <w:szCs w:val="40"/>
              </w:rPr>
              <w:t>20</w:t>
            </w:r>
          </w:p>
        </w:tc>
      </w:tr>
      <w:tr w:rsidR="008747E2" w14:paraId="463DEE6F" w14:textId="77777777" w:rsidTr="00AE01B9">
        <w:trPr>
          <w:trHeight w:hRule="exact" w:val="850"/>
          <w:jc w:val="center"/>
        </w:trPr>
        <w:tc>
          <w:tcPr>
            <w:tcW w:w="2832" w:type="dxa"/>
            <w:vAlign w:val="center"/>
          </w:tcPr>
          <w:p w14:paraId="1DB631E1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3.</w:t>
            </w:r>
          </w:p>
        </w:tc>
        <w:tc>
          <w:tcPr>
            <w:tcW w:w="5798" w:type="dxa"/>
            <w:vAlign w:val="center"/>
          </w:tcPr>
          <w:p w14:paraId="71A446D3" w14:textId="3C4A0C9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9:</w:t>
            </w:r>
            <w:r w:rsidR="00AE01B9">
              <w:rPr>
                <w:sz w:val="40"/>
                <w:szCs w:val="40"/>
              </w:rPr>
              <w:t>35</w:t>
            </w:r>
            <w:r w:rsidRPr="00412B35">
              <w:rPr>
                <w:sz w:val="40"/>
                <w:szCs w:val="40"/>
              </w:rPr>
              <w:t xml:space="preserve"> – 10:</w:t>
            </w:r>
            <w:r w:rsidR="00AE01B9">
              <w:rPr>
                <w:sz w:val="40"/>
                <w:szCs w:val="40"/>
              </w:rPr>
              <w:t>20</w:t>
            </w:r>
          </w:p>
        </w:tc>
      </w:tr>
      <w:tr w:rsidR="008747E2" w14:paraId="3F2ECB72" w14:textId="77777777" w:rsidTr="00AE01B9">
        <w:trPr>
          <w:trHeight w:hRule="exact" w:val="850"/>
          <w:jc w:val="center"/>
        </w:trPr>
        <w:tc>
          <w:tcPr>
            <w:tcW w:w="2832" w:type="dxa"/>
            <w:vAlign w:val="center"/>
          </w:tcPr>
          <w:p w14:paraId="50F0F3D0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4.</w:t>
            </w:r>
          </w:p>
        </w:tc>
        <w:tc>
          <w:tcPr>
            <w:tcW w:w="5798" w:type="dxa"/>
            <w:vAlign w:val="center"/>
          </w:tcPr>
          <w:p w14:paraId="46C64416" w14:textId="6BDCC195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10:</w:t>
            </w:r>
            <w:r w:rsidR="00AE01B9">
              <w:rPr>
                <w:sz w:val="40"/>
                <w:szCs w:val="40"/>
              </w:rPr>
              <w:t>25</w:t>
            </w:r>
            <w:r w:rsidRPr="00412B35">
              <w:rPr>
                <w:sz w:val="40"/>
                <w:szCs w:val="40"/>
              </w:rPr>
              <w:t xml:space="preserve"> – 11:</w:t>
            </w:r>
            <w:r w:rsidR="00AE01B9">
              <w:rPr>
                <w:sz w:val="40"/>
                <w:szCs w:val="40"/>
              </w:rPr>
              <w:t>10</w:t>
            </w:r>
          </w:p>
        </w:tc>
      </w:tr>
      <w:tr w:rsidR="008747E2" w14:paraId="3998BDD5" w14:textId="77777777" w:rsidTr="00AE01B9">
        <w:trPr>
          <w:trHeight w:hRule="exact" w:val="850"/>
          <w:jc w:val="center"/>
        </w:trPr>
        <w:tc>
          <w:tcPr>
            <w:tcW w:w="2832" w:type="dxa"/>
            <w:vAlign w:val="center"/>
          </w:tcPr>
          <w:p w14:paraId="013FAAE3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5.</w:t>
            </w:r>
          </w:p>
        </w:tc>
        <w:tc>
          <w:tcPr>
            <w:tcW w:w="5798" w:type="dxa"/>
            <w:vAlign w:val="center"/>
          </w:tcPr>
          <w:p w14:paraId="028B6B1C" w14:textId="174D289D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11:</w:t>
            </w:r>
            <w:r w:rsidR="00AE01B9">
              <w:rPr>
                <w:sz w:val="40"/>
                <w:szCs w:val="40"/>
              </w:rPr>
              <w:t>15</w:t>
            </w:r>
            <w:r w:rsidRPr="00412B35">
              <w:rPr>
                <w:sz w:val="40"/>
                <w:szCs w:val="40"/>
              </w:rPr>
              <w:t xml:space="preserve"> – 12:</w:t>
            </w:r>
            <w:r w:rsidR="00AE01B9">
              <w:rPr>
                <w:sz w:val="40"/>
                <w:szCs w:val="40"/>
              </w:rPr>
              <w:t>00</w:t>
            </w:r>
          </w:p>
        </w:tc>
      </w:tr>
      <w:tr w:rsidR="008747E2" w14:paraId="1C43B640" w14:textId="77777777" w:rsidTr="00AE01B9">
        <w:trPr>
          <w:trHeight w:hRule="exact" w:val="850"/>
          <w:jc w:val="center"/>
        </w:trPr>
        <w:tc>
          <w:tcPr>
            <w:tcW w:w="2832" w:type="dxa"/>
            <w:vAlign w:val="center"/>
          </w:tcPr>
          <w:p w14:paraId="33B75D3F" w14:textId="191711B3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6.</w:t>
            </w:r>
          </w:p>
        </w:tc>
        <w:tc>
          <w:tcPr>
            <w:tcW w:w="5798" w:type="dxa"/>
            <w:vAlign w:val="center"/>
          </w:tcPr>
          <w:p w14:paraId="1C810258" w14:textId="5CAE20A1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12:</w:t>
            </w:r>
            <w:r w:rsidR="00AE01B9">
              <w:rPr>
                <w:sz w:val="40"/>
                <w:szCs w:val="40"/>
              </w:rPr>
              <w:t>05</w:t>
            </w:r>
            <w:r w:rsidRPr="00412B35">
              <w:rPr>
                <w:sz w:val="40"/>
                <w:szCs w:val="40"/>
              </w:rPr>
              <w:t xml:space="preserve"> – 1</w:t>
            </w:r>
            <w:r w:rsidR="00AE01B9">
              <w:rPr>
                <w:sz w:val="40"/>
                <w:szCs w:val="40"/>
              </w:rPr>
              <w:t>2</w:t>
            </w:r>
            <w:r w:rsidRPr="00412B35">
              <w:rPr>
                <w:sz w:val="40"/>
                <w:szCs w:val="40"/>
              </w:rPr>
              <w:t>:</w:t>
            </w:r>
            <w:r w:rsidR="00AE01B9">
              <w:rPr>
                <w:sz w:val="40"/>
                <w:szCs w:val="40"/>
              </w:rPr>
              <w:t>50</w:t>
            </w:r>
          </w:p>
        </w:tc>
      </w:tr>
    </w:tbl>
    <w:p w14:paraId="0E287084" w14:textId="77777777" w:rsidR="001E7BB0" w:rsidRDefault="001E7BB0"/>
    <w:sectPr w:rsidR="001E7BB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7BB0"/>
    <w:rsid w:val="0029639D"/>
    <w:rsid w:val="00326F90"/>
    <w:rsid w:val="00412B35"/>
    <w:rsid w:val="00461B01"/>
    <w:rsid w:val="006E3220"/>
    <w:rsid w:val="007A240F"/>
    <w:rsid w:val="008747E2"/>
    <w:rsid w:val="00A405DE"/>
    <w:rsid w:val="00AA1D8D"/>
    <w:rsid w:val="00AE01B9"/>
    <w:rsid w:val="00B47730"/>
    <w:rsid w:val="00CB0664"/>
    <w:rsid w:val="00FC693F"/>
    <w:rsid w:val="00FD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2BD1AD"/>
  <w14:defaultImageDpi w14:val="300"/>
  <w15:docId w15:val="{9B3AE631-4EFC-4147-97FA-EE14F863E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Ivan</cp:lastModifiedBy>
  <cp:revision>3</cp:revision>
  <cp:lastPrinted>2026-02-09T12:20:00Z</cp:lastPrinted>
  <dcterms:created xsi:type="dcterms:W3CDTF">2026-09-07T09:54:00Z</dcterms:created>
  <dcterms:modified xsi:type="dcterms:W3CDTF">2026-09-07T11:12:00Z</dcterms:modified>
  <cp:category/>
</cp:coreProperties>
</file>